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BB026" w14:textId="77777777" w:rsidR="00F46917" w:rsidRDefault="00597289">
      <w:pPr>
        <w:pStyle w:val="Cmsor1"/>
        <w:jc w:val="center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proofErr w:type="spellStart"/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Dr.Diet</w:t>
      </w:r>
      <w:proofErr w:type="spellEnd"/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 xml:space="preserve"> – </w:t>
      </w:r>
      <w:proofErr w:type="spellStart"/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Életmód</w:t>
      </w:r>
      <w:proofErr w:type="spellEnd"/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 xml:space="preserve"> </w:t>
      </w:r>
      <w:proofErr w:type="spellStart"/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és</w:t>
      </w:r>
      <w:proofErr w:type="spellEnd"/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 xml:space="preserve"> </w:t>
      </w:r>
      <w:proofErr w:type="spellStart"/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Táplálkozási</w:t>
      </w:r>
      <w:proofErr w:type="spellEnd"/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 xml:space="preserve"> </w:t>
      </w:r>
      <w:proofErr w:type="spellStart"/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Kérdőív</w:t>
      </w:r>
      <w:proofErr w:type="spellEnd"/>
    </w:p>
    <w:p w14:paraId="7E1179C4" w14:textId="77777777" w:rsidR="00B676E4" w:rsidRPr="00B676E4" w:rsidRDefault="00B676E4" w:rsidP="00B676E4"/>
    <w:p w14:paraId="7F795DD8" w14:textId="77777777" w:rsidR="00F46917" w:rsidRPr="00B676E4" w:rsidRDefault="00597289" w:rsidP="009A07FE">
      <w:pPr>
        <w:spacing w:line="480" w:lineRule="auto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9A07F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A07FE">
        <w:rPr>
          <w:rFonts w:ascii="Times New Roman" w:hAnsi="Times New Roman" w:cs="Times New Roman"/>
          <w:sz w:val="24"/>
          <w:szCs w:val="24"/>
        </w:rPr>
        <w:t>válaszok</w:t>
      </w:r>
      <w:proofErr w:type="spellEnd"/>
      <w:r w:rsidRPr="009A0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07FE">
        <w:rPr>
          <w:rFonts w:ascii="Times New Roman" w:hAnsi="Times New Roman" w:cs="Times New Roman"/>
          <w:sz w:val="24"/>
          <w:szCs w:val="24"/>
        </w:rPr>
        <w:t>bizalmasak</w:t>
      </w:r>
      <w:proofErr w:type="spellEnd"/>
      <w:r w:rsidRPr="009A0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FE">
        <w:rPr>
          <w:rFonts w:ascii="Times New Roman" w:hAnsi="Times New Roman" w:cs="Times New Roman"/>
          <w:sz w:val="24"/>
          <w:szCs w:val="24"/>
        </w:rPr>
        <w:t>kizárólag</w:t>
      </w:r>
      <w:proofErr w:type="spellEnd"/>
      <w:r w:rsidRPr="009A07FE">
        <w:rPr>
          <w:rFonts w:ascii="Times New Roman" w:hAnsi="Times New Roman" w:cs="Times New Roman"/>
          <w:sz w:val="24"/>
          <w:szCs w:val="24"/>
        </w:rPr>
        <w:t xml:space="preserve"> a személyre szabott tanácsadás célját szolgálják.</w:t>
      </w:r>
      <w:r w:rsidRPr="009A07FE">
        <w:rPr>
          <w:rFonts w:ascii="Times New Roman" w:hAnsi="Times New Roman" w:cs="Times New Roman"/>
          <w:sz w:val="24"/>
          <w:szCs w:val="24"/>
        </w:rPr>
        <w:br/>
      </w:r>
    </w:p>
    <w:p w14:paraId="6E121B3B" w14:textId="77777777" w:rsidR="00F46917" w:rsidRPr="00B676E4" w:rsidRDefault="00597289" w:rsidP="009A07FE">
      <w:pPr>
        <w:pStyle w:val="Cmsor2"/>
        <w:spacing w:line="480" w:lineRule="auto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I. Alapadatok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6917" w:rsidRPr="009A07FE" w14:paraId="3917AA10" w14:textId="77777777">
        <w:tc>
          <w:tcPr>
            <w:tcW w:w="4320" w:type="dxa"/>
          </w:tcPr>
          <w:p w14:paraId="47AB98B3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Név</w:t>
            </w:r>
            <w:proofErr w:type="spellEnd"/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20" w:type="dxa"/>
          </w:tcPr>
          <w:p w14:paraId="1D0DE505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57C328AD" w14:textId="77777777">
        <w:tc>
          <w:tcPr>
            <w:tcW w:w="4320" w:type="dxa"/>
          </w:tcPr>
          <w:p w14:paraId="5BE3F8F5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Számlázási cím:</w:t>
            </w:r>
          </w:p>
        </w:tc>
        <w:tc>
          <w:tcPr>
            <w:tcW w:w="4320" w:type="dxa"/>
          </w:tcPr>
          <w:p w14:paraId="53D2C457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18D3CF8A" w14:textId="77777777">
        <w:tc>
          <w:tcPr>
            <w:tcW w:w="4320" w:type="dxa"/>
          </w:tcPr>
          <w:p w14:paraId="74FC6457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Életkor:</w:t>
            </w:r>
          </w:p>
        </w:tc>
        <w:tc>
          <w:tcPr>
            <w:tcW w:w="4320" w:type="dxa"/>
          </w:tcPr>
          <w:p w14:paraId="11A2423D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5F17E61B" w14:textId="77777777">
        <w:tc>
          <w:tcPr>
            <w:tcW w:w="4320" w:type="dxa"/>
          </w:tcPr>
          <w:p w14:paraId="10CDAF83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Testmagasság (cm):</w:t>
            </w:r>
          </w:p>
        </w:tc>
        <w:tc>
          <w:tcPr>
            <w:tcW w:w="4320" w:type="dxa"/>
          </w:tcPr>
          <w:p w14:paraId="3DD2E7EB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0A40ECD8" w14:textId="77777777">
        <w:tc>
          <w:tcPr>
            <w:tcW w:w="4320" w:type="dxa"/>
          </w:tcPr>
          <w:p w14:paraId="32E37B71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Testsúly (kg):</w:t>
            </w:r>
          </w:p>
        </w:tc>
        <w:tc>
          <w:tcPr>
            <w:tcW w:w="4320" w:type="dxa"/>
          </w:tcPr>
          <w:p w14:paraId="5C036B86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CAC2ED" w14:textId="77777777" w:rsidR="00F46917" w:rsidRPr="00B676E4" w:rsidRDefault="00597289" w:rsidP="009A07FE">
      <w:pPr>
        <w:pStyle w:val="Cmsor2"/>
        <w:spacing w:line="480" w:lineRule="auto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II. Testméretek (cm)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6917" w:rsidRPr="009A07FE" w14:paraId="4FAF2364" w14:textId="77777777">
        <w:tc>
          <w:tcPr>
            <w:tcW w:w="4320" w:type="dxa"/>
          </w:tcPr>
          <w:p w14:paraId="38A50199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Mell:</w:t>
            </w:r>
          </w:p>
        </w:tc>
        <w:tc>
          <w:tcPr>
            <w:tcW w:w="4320" w:type="dxa"/>
          </w:tcPr>
          <w:p w14:paraId="2D3B1C08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5666458B" w14:textId="77777777">
        <w:tc>
          <w:tcPr>
            <w:tcW w:w="4320" w:type="dxa"/>
          </w:tcPr>
          <w:p w14:paraId="0CED8DEB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Derék:</w:t>
            </w:r>
          </w:p>
        </w:tc>
        <w:tc>
          <w:tcPr>
            <w:tcW w:w="4320" w:type="dxa"/>
          </w:tcPr>
          <w:p w14:paraId="106A3B01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7B2BD6E0" w14:textId="77777777">
        <w:tc>
          <w:tcPr>
            <w:tcW w:w="4320" w:type="dxa"/>
          </w:tcPr>
          <w:p w14:paraId="2C86B778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Csípő:</w:t>
            </w:r>
          </w:p>
        </w:tc>
        <w:tc>
          <w:tcPr>
            <w:tcW w:w="4320" w:type="dxa"/>
          </w:tcPr>
          <w:p w14:paraId="4739457E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3B23AE51" w14:textId="77777777">
        <w:tc>
          <w:tcPr>
            <w:tcW w:w="4320" w:type="dxa"/>
          </w:tcPr>
          <w:p w14:paraId="5BDF42FD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Comb:</w:t>
            </w:r>
          </w:p>
        </w:tc>
        <w:tc>
          <w:tcPr>
            <w:tcW w:w="4320" w:type="dxa"/>
          </w:tcPr>
          <w:p w14:paraId="1F19C83E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E33151" w14:textId="77777777" w:rsidR="00F46917" w:rsidRPr="00B676E4" w:rsidRDefault="00597289" w:rsidP="009A07FE">
      <w:pPr>
        <w:pStyle w:val="Cmsor2"/>
        <w:spacing w:line="480" w:lineRule="auto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III. Életmód és célok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6917" w:rsidRPr="009A07FE" w14:paraId="5FF636A8" w14:textId="77777777">
        <w:tc>
          <w:tcPr>
            <w:tcW w:w="4320" w:type="dxa"/>
          </w:tcPr>
          <w:p w14:paraId="40E7CCBD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Foglalkozásod:</w:t>
            </w:r>
          </w:p>
        </w:tc>
        <w:tc>
          <w:tcPr>
            <w:tcW w:w="4320" w:type="dxa"/>
          </w:tcPr>
          <w:p w14:paraId="17A6401C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3FE2C5DF" w14:textId="77777777">
        <w:tc>
          <w:tcPr>
            <w:tcW w:w="4320" w:type="dxa"/>
          </w:tcPr>
          <w:p w14:paraId="039BA5A0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Célod a programmal (fogyás / alakformálás / egészségjavítás / energiaszint növelése / egyéb):</w:t>
            </w:r>
          </w:p>
        </w:tc>
        <w:tc>
          <w:tcPr>
            <w:tcW w:w="4320" w:type="dxa"/>
          </w:tcPr>
          <w:p w14:paraId="052D8F65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0417F899" w14:textId="77777777">
        <w:tc>
          <w:tcPr>
            <w:tcW w:w="4320" w:type="dxa"/>
          </w:tcPr>
          <w:p w14:paraId="79CDCDFB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Hányszor étkezel egy nap?</w:t>
            </w:r>
          </w:p>
        </w:tc>
        <w:tc>
          <w:tcPr>
            <w:tcW w:w="4320" w:type="dxa"/>
          </w:tcPr>
          <w:p w14:paraId="67640B72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4F7DE6DA" w14:textId="77777777">
        <w:tc>
          <w:tcPr>
            <w:tcW w:w="4320" w:type="dxa"/>
          </w:tcPr>
          <w:p w14:paraId="26A8B371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Melyik a legfontosabb étkezésed?</w:t>
            </w:r>
          </w:p>
        </w:tc>
        <w:tc>
          <w:tcPr>
            <w:tcW w:w="4320" w:type="dxa"/>
          </w:tcPr>
          <w:p w14:paraId="30F8AFD2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0E11B0" w14:textId="77777777" w:rsidR="00F46917" w:rsidRPr="00B676E4" w:rsidRDefault="00597289" w:rsidP="009A07FE">
      <w:pPr>
        <w:pStyle w:val="Cmsor2"/>
        <w:spacing w:line="480" w:lineRule="auto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IV. Táplálkozási szokások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6917" w:rsidRPr="009A07FE" w14:paraId="125FFF21" w14:textId="77777777">
        <w:tc>
          <w:tcPr>
            <w:tcW w:w="4320" w:type="dxa"/>
          </w:tcPr>
          <w:p w14:paraId="32C95445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Milyen ételeket részesítesz előnyben?</w:t>
            </w:r>
          </w:p>
        </w:tc>
        <w:tc>
          <w:tcPr>
            <w:tcW w:w="4320" w:type="dxa"/>
          </w:tcPr>
          <w:p w14:paraId="70B2B1E8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2D6E8521" w14:textId="77777777">
        <w:tc>
          <w:tcPr>
            <w:tcW w:w="4320" w:type="dxa"/>
          </w:tcPr>
          <w:p w14:paraId="07CB538F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Mely ételekről nem mondanál le?</w:t>
            </w:r>
          </w:p>
        </w:tc>
        <w:tc>
          <w:tcPr>
            <w:tcW w:w="4320" w:type="dxa"/>
          </w:tcPr>
          <w:p w14:paraId="1E513BC4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30C61D54" w14:textId="77777777">
        <w:tc>
          <w:tcPr>
            <w:tcW w:w="4320" w:type="dxa"/>
          </w:tcPr>
          <w:p w14:paraId="03F5FBF0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Van olyan étel, amit nem eszel meg?</w:t>
            </w:r>
          </w:p>
        </w:tc>
        <w:tc>
          <w:tcPr>
            <w:tcW w:w="4320" w:type="dxa"/>
          </w:tcPr>
          <w:p w14:paraId="0ECEDB77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0A1B9959" w14:textId="77777777">
        <w:tc>
          <w:tcPr>
            <w:tcW w:w="4320" w:type="dxa"/>
          </w:tcPr>
          <w:p w14:paraId="3B5FE2BA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Mennyi folyadékot iszol naponta?</w:t>
            </w:r>
          </w:p>
        </w:tc>
        <w:tc>
          <w:tcPr>
            <w:tcW w:w="4320" w:type="dxa"/>
          </w:tcPr>
          <w:p w14:paraId="6889D0C9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7E8BB481" w14:textId="77777777">
        <w:tc>
          <w:tcPr>
            <w:tcW w:w="4320" w:type="dxa"/>
          </w:tcPr>
          <w:p w14:paraId="5FD69524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Iszol-e kávét?</w:t>
            </w:r>
          </w:p>
        </w:tc>
        <w:tc>
          <w:tcPr>
            <w:tcW w:w="4320" w:type="dxa"/>
          </w:tcPr>
          <w:p w14:paraId="46246D8E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37DA2795" w14:textId="77777777">
        <w:tc>
          <w:tcPr>
            <w:tcW w:w="4320" w:type="dxa"/>
          </w:tcPr>
          <w:p w14:paraId="5098A37C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Fogyasztasz-e cukros üdítőt?</w:t>
            </w:r>
          </w:p>
        </w:tc>
        <w:tc>
          <w:tcPr>
            <w:tcW w:w="4320" w:type="dxa"/>
          </w:tcPr>
          <w:p w14:paraId="0AC4B82C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50CB580E" w14:textId="77777777">
        <w:tc>
          <w:tcPr>
            <w:tcW w:w="4320" w:type="dxa"/>
          </w:tcPr>
          <w:p w14:paraId="472D506D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Alkoholt fogyasztasz-e?</w:t>
            </w:r>
          </w:p>
        </w:tc>
        <w:tc>
          <w:tcPr>
            <w:tcW w:w="4320" w:type="dxa"/>
          </w:tcPr>
          <w:p w14:paraId="30734283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42B3A744" w14:textId="77777777">
        <w:tc>
          <w:tcPr>
            <w:tcW w:w="4320" w:type="dxa"/>
          </w:tcPr>
          <w:p w14:paraId="23FE0155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Szoktál-e nassolni?</w:t>
            </w:r>
          </w:p>
        </w:tc>
        <w:tc>
          <w:tcPr>
            <w:tcW w:w="4320" w:type="dxa"/>
          </w:tcPr>
          <w:p w14:paraId="6285D119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117AA372" w14:textId="77777777">
        <w:tc>
          <w:tcPr>
            <w:tcW w:w="4320" w:type="dxa"/>
          </w:tcPr>
          <w:p w14:paraId="0124A6DC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Volt-e fogyókúrás módszered?</w:t>
            </w:r>
          </w:p>
        </w:tc>
        <w:tc>
          <w:tcPr>
            <w:tcW w:w="4320" w:type="dxa"/>
          </w:tcPr>
          <w:p w14:paraId="76220083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DD0330" w14:textId="77777777" w:rsidR="00F46917" w:rsidRPr="00B676E4" w:rsidRDefault="00597289" w:rsidP="009A07FE">
      <w:pPr>
        <w:pStyle w:val="Cmsor2"/>
        <w:spacing w:line="480" w:lineRule="auto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V. Mozgás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6917" w:rsidRPr="009A07FE" w14:paraId="747223F9" w14:textId="77777777">
        <w:tc>
          <w:tcPr>
            <w:tcW w:w="4320" w:type="dxa"/>
          </w:tcPr>
          <w:p w14:paraId="41D019CF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Sportolsz-e?</w:t>
            </w:r>
          </w:p>
        </w:tc>
        <w:tc>
          <w:tcPr>
            <w:tcW w:w="4320" w:type="dxa"/>
          </w:tcPr>
          <w:p w14:paraId="677AFE14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02592C2F" w14:textId="77777777">
        <w:tc>
          <w:tcPr>
            <w:tcW w:w="4320" w:type="dxa"/>
          </w:tcPr>
          <w:p w14:paraId="59DAF813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Milyen sportot, milyen gyakran, mikor?</w:t>
            </w:r>
          </w:p>
        </w:tc>
        <w:tc>
          <w:tcPr>
            <w:tcW w:w="4320" w:type="dxa"/>
          </w:tcPr>
          <w:p w14:paraId="406BCB0B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00A99E" w14:textId="77777777" w:rsidR="00F46917" w:rsidRPr="00B676E4" w:rsidRDefault="00597289" w:rsidP="009A07FE">
      <w:pPr>
        <w:pStyle w:val="Cmsor2"/>
        <w:spacing w:line="480" w:lineRule="auto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VI. Egészségi állapot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6917" w:rsidRPr="009A07FE" w14:paraId="5A39B2D3" w14:textId="77777777">
        <w:tc>
          <w:tcPr>
            <w:tcW w:w="4320" w:type="dxa"/>
          </w:tcPr>
          <w:p w14:paraId="5E77E21F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Ételintolerancia / allergia:</w:t>
            </w:r>
          </w:p>
        </w:tc>
        <w:tc>
          <w:tcPr>
            <w:tcW w:w="4320" w:type="dxa"/>
          </w:tcPr>
          <w:p w14:paraId="382ABA4B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37497377" w14:textId="77777777">
        <w:tc>
          <w:tcPr>
            <w:tcW w:w="4320" w:type="dxa"/>
          </w:tcPr>
          <w:p w14:paraId="728E31D9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Krónikus betegség:</w:t>
            </w:r>
          </w:p>
        </w:tc>
        <w:tc>
          <w:tcPr>
            <w:tcW w:w="4320" w:type="dxa"/>
          </w:tcPr>
          <w:p w14:paraId="541B52EF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391A4FAD" w14:textId="77777777">
        <w:tc>
          <w:tcPr>
            <w:tcW w:w="4320" w:type="dxa"/>
          </w:tcPr>
          <w:p w14:paraId="17DF7180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Gyógyszerszedés:</w:t>
            </w:r>
          </w:p>
        </w:tc>
        <w:tc>
          <w:tcPr>
            <w:tcW w:w="4320" w:type="dxa"/>
          </w:tcPr>
          <w:p w14:paraId="72120A19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23CF8A61" w14:textId="77777777">
        <w:tc>
          <w:tcPr>
            <w:tcW w:w="4320" w:type="dxa"/>
          </w:tcPr>
          <w:p w14:paraId="416F7D95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Vitamin / kiegészítő:</w:t>
            </w:r>
          </w:p>
        </w:tc>
        <w:tc>
          <w:tcPr>
            <w:tcW w:w="4320" w:type="dxa"/>
          </w:tcPr>
          <w:p w14:paraId="6D319FE2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5798DDF7" w14:textId="77777777">
        <w:tc>
          <w:tcPr>
            <w:tcW w:w="4320" w:type="dxa"/>
          </w:tcPr>
          <w:p w14:paraId="6BFC66A7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Puffadás:</w:t>
            </w:r>
          </w:p>
        </w:tc>
        <w:tc>
          <w:tcPr>
            <w:tcW w:w="4320" w:type="dxa"/>
          </w:tcPr>
          <w:p w14:paraId="4CFB1671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7D47BC80" w14:textId="77777777">
        <w:tc>
          <w:tcPr>
            <w:tcW w:w="4320" w:type="dxa"/>
          </w:tcPr>
          <w:p w14:paraId="1E8842AC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Székletprobléma:</w:t>
            </w:r>
          </w:p>
        </w:tc>
        <w:tc>
          <w:tcPr>
            <w:tcW w:w="4320" w:type="dxa"/>
          </w:tcPr>
          <w:p w14:paraId="6C727036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74C5C3F4" w14:textId="77777777">
        <w:tc>
          <w:tcPr>
            <w:tcW w:w="4320" w:type="dxa"/>
          </w:tcPr>
          <w:p w14:paraId="4417887D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Utolsó laborvizsgálat:</w:t>
            </w:r>
          </w:p>
        </w:tc>
        <w:tc>
          <w:tcPr>
            <w:tcW w:w="4320" w:type="dxa"/>
          </w:tcPr>
          <w:p w14:paraId="55DC0557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4FB08BAB" w14:textId="77777777">
        <w:tc>
          <w:tcPr>
            <w:tcW w:w="4320" w:type="dxa"/>
          </w:tcPr>
          <w:p w14:paraId="61FB5050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Eltérés volt-e:</w:t>
            </w:r>
          </w:p>
        </w:tc>
        <w:tc>
          <w:tcPr>
            <w:tcW w:w="4320" w:type="dxa"/>
          </w:tcPr>
          <w:p w14:paraId="014503D4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EB0D0B" w14:textId="77777777" w:rsidR="00F46917" w:rsidRPr="00B676E4" w:rsidRDefault="00597289" w:rsidP="009A07FE">
      <w:pPr>
        <w:pStyle w:val="Cmsor2"/>
        <w:spacing w:line="480" w:lineRule="auto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VII. Hormonális és női egészség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6917" w:rsidRPr="009A07FE" w14:paraId="4DFF8804" w14:textId="77777777">
        <w:tc>
          <w:tcPr>
            <w:tcW w:w="4320" w:type="dxa"/>
          </w:tcPr>
          <w:p w14:paraId="4E602FD8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Utolsó nőgyógyászati vizsgálat:</w:t>
            </w:r>
          </w:p>
        </w:tc>
        <w:tc>
          <w:tcPr>
            <w:tcW w:w="4320" w:type="dxa"/>
          </w:tcPr>
          <w:p w14:paraId="5B184AEF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1DB25E5A" w14:textId="77777777">
        <w:tc>
          <w:tcPr>
            <w:tcW w:w="4320" w:type="dxa"/>
          </w:tcPr>
          <w:p w14:paraId="5F11EF72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Szabályos a ciklus:</w:t>
            </w:r>
          </w:p>
        </w:tc>
        <w:tc>
          <w:tcPr>
            <w:tcW w:w="4320" w:type="dxa"/>
          </w:tcPr>
          <w:p w14:paraId="4E1BDB21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295D5B46" w14:textId="77777777">
        <w:tc>
          <w:tcPr>
            <w:tcW w:w="4320" w:type="dxa"/>
          </w:tcPr>
          <w:p w14:paraId="5EDA629C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Haj / bőr / köröm állapota:</w:t>
            </w:r>
          </w:p>
        </w:tc>
        <w:tc>
          <w:tcPr>
            <w:tcW w:w="4320" w:type="dxa"/>
          </w:tcPr>
          <w:p w14:paraId="7B05D22F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2343D840" w14:textId="77777777">
        <w:tc>
          <w:tcPr>
            <w:tcW w:w="4320" w:type="dxa"/>
          </w:tcPr>
          <w:p w14:paraId="7D834C31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Hajhullás:</w:t>
            </w:r>
          </w:p>
        </w:tc>
        <w:tc>
          <w:tcPr>
            <w:tcW w:w="4320" w:type="dxa"/>
          </w:tcPr>
          <w:p w14:paraId="310EE3BF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3297FBEC" w14:textId="77777777">
        <w:tc>
          <w:tcPr>
            <w:tcW w:w="4320" w:type="dxa"/>
          </w:tcPr>
          <w:p w14:paraId="7CCBDC1F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Fokozott szőrnövekedés:</w:t>
            </w:r>
          </w:p>
        </w:tc>
        <w:tc>
          <w:tcPr>
            <w:tcW w:w="4320" w:type="dxa"/>
          </w:tcPr>
          <w:p w14:paraId="33C89F67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0022BCB1" w14:textId="77777777">
        <w:tc>
          <w:tcPr>
            <w:tcW w:w="4320" w:type="dxa"/>
          </w:tcPr>
          <w:p w14:paraId="0BA86DD8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Dohányzás:</w:t>
            </w:r>
          </w:p>
        </w:tc>
        <w:tc>
          <w:tcPr>
            <w:tcW w:w="4320" w:type="dxa"/>
          </w:tcPr>
          <w:p w14:paraId="578ABA87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AD7824" w14:textId="77777777" w:rsidR="00F46917" w:rsidRPr="00B676E4" w:rsidRDefault="00597289" w:rsidP="009A07FE">
      <w:pPr>
        <w:pStyle w:val="Cmsor2"/>
        <w:spacing w:line="480" w:lineRule="auto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VIII. Alvás és közérzet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6917" w:rsidRPr="009A07FE" w14:paraId="360032C1" w14:textId="77777777">
        <w:tc>
          <w:tcPr>
            <w:tcW w:w="4320" w:type="dxa"/>
          </w:tcPr>
          <w:p w14:paraId="4CE6CC81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Átlagos alvásidő:</w:t>
            </w:r>
          </w:p>
        </w:tc>
        <w:tc>
          <w:tcPr>
            <w:tcW w:w="4320" w:type="dxa"/>
          </w:tcPr>
          <w:p w14:paraId="4D404768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7CBAB369" w14:textId="77777777">
        <w:tc>
          <w:tcPr>
            <w:tcW w:w="4320" w:type="dxa"/>
          </w:tcPr>
          <w:p w14:paraId="40A7E503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Hangulatingadozás:</w:t>
            </w:r>
          </w:p>
        </w:tc>
        <w:tc>
          <w:tcPr>
            <w:tcW w:w="4320" w:type="dxa"/>
          </w:tcPr>
          <w:p w14:paraId="04098833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4E97E14C" w14:textId="77777777">
        <w:tc>
          <w:tcPr>
            <w:tcW w:w="4320" w:type="dxa"/>
          </w:tcPr>
          <w:p w14:paraId="2181CDC4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Reggeli ébredés:</w:t>
            </w:r>
          </w:p>
        </w:tc>
        <w:tc>
          <w:tcPr>
            <w:tcW w:w="4320" w:type="dxa"/>
          </w:tcPr>
          <w:p w14:paraId="0BBF8D2E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AAF44E" w14:textId="77777777" w:rsidR="00F46917" w:rsidRPr="00B676E4" w:rsidRDefault="00597289" w:rsidP="009A07FE">
      <w:pPr>
        <w:pStyle w:val="Cmsor2"/>
        <w:spacing w:line="480" w:lineRule="auto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IX. Lelki alkat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6917" w:rsidRPr="009A07FE" w14:paraId="2E854739" w14:textId="77777777">
        <w:tc>
          <w:tcPr>
            <w:tcW w:w="4320" w:type="dxa"/>
          </w:tcPr>
          <w:p w14:paraId="406B2A0E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Beállítottság:</w:t>
            </w:r>
          </w:p>
        </w:tc>
        <w:tc>
          <w:tcPr>
            <w:tcW w:w="4320" w:type="dxa"/>
          </w:tcPr>
          <w:p w14:paraId="6A392D21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781C60CF" w14:textId="77777777">
        <w:tc>
          <w:tcPr>
            <w:tcW w:w="4320" w:type="dxa"/>
          </w:tcPr>
          <w:p w14:paraId="4A0A0F54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Problémakezelés:</w:t>
            </w:r>
          </w:p>
        </w:tc>
        <w:tc>
          <w:tcPr>
            <w:tcW w:w="4320" w:type="dxa"/>
          </w:tcPr>
          <w:p w14:paraId="7EFAD723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1361B1AF" w14:textId="77777777">
        <w:tc>
          <w:tcPr>
            <w:tcW w:w="4320" w:type="dxa"/>
          </w:tcPr>
          <w:p w14:paraId="73BAD238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Nyitott vagy zárkózott:</w:t>
            </w:r>
          </w:p>
        </w:tc>
        <w:tc>
          <w:tcPr>
            <w:tcW w:w="4320" w:type="dxa"/>
          </w:tcPr>
          <w:p w14:paraId="611F9345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788638E1" w14:textId="77777777">
        <w:tc>
          <w:tcPr>
            <w:tcW w:w="4320" w:type="dxa"/>
          </w:tcPr>
          <w:p w14:paraId="25EA4478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Mi történik, ha bánt valami:</w:t>
            </w:r>
          </w:p>
        </w:tc>
        <w:tc>
          <w:tcPr>
            <w:tcW w:w="4320" w:type="dxa"/>
          </w:tcPr>
          <w:p w14:paraId="2751646C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41120A" w14:textId="77777777" w:rsidR="00F46917" w:rsidRPr="00B676E4" w:rsidRDefault="00597289" w:rsidP="009A07FE">
      <w:pPr>
        <w:pStyle w:val="Cmsor2"/>
        <w:spacing w:line="480" w:lineRule="auto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B676E4"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t>X. Egyéb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46917" w:rsidRPr="009A07FE" w14:paraId="76290306" w14:textId="77777777">
        <w:tc>
          <w:tcPr>
            <w:tcW w:w="4320" w:type="dxa"/>
          </w:tcPr>
          <w:p w14:paraId="6B5DDEAD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Vércsoport:</w:t>
            </w:r>
          </w:p>
        </w:tc>
        <w:tc>
          <w:tcPr>
            <w:tcW w:w="4320" w:type="dxa"/>
          </w:tcPr>
          <w:p w14:paraId="0B3472E9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17" w:rsidRPr="009A07FE" w14:paraId="78A00E28" w14:textId="77777777" w:rsidTr="009A07FE">
        <w:trPr>
          <w:trHeight w:val="64"/>
        </w:trPr>
        <w:tc>
          <w:tcPr>
            <w:tcW w:w="4320" w:type="dxa"/>
          </w:tcPr>
          <w:p w14:paraId="1E65E7BB" w14:textId="77777777" w:rsidR="00F46917" w:rsidRPr="009A07FE" w:rsidRDefault="00597289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7FE">
              <w:rPr>
                <w:rFonts w:ascii="Times New Roman" w:hAnsi="Times New Roman" w:cs="Times New Roman"/>
                <w:sz w:val="24"/>
                <w:szCs w:val="24"/>
              </w:rPr>
              <w:t>Egyéb megjegyzés:</w:t>
            </w:r>
          </w:p>
        </w:tc>
        <w:tc>
          <w:tcPr>
            <w:tcW w:w="4320" w:type="dxa"/>
          </w:tcPr>
          <w:p w14:paraId="4677AFCC" w14:textId="77777777" w:rsidR="00F46917" w:rsidRPr="009A07FE" w:rsidRDefault="00F46917" w:rsidP="009A07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4C07B3" w14:textId="77777777" w:rsidR="00597289" w:rsidRPr="009A07FE" w:rsidRDefault="00597289" w:rsidP="009A07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97289" w:rsidRPr="009A07FE" w:rsidSect="00B676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78702" w14:textId="77777777" w:rsidR="00C4558D" w:rsidRDefault="00C4558D" w:rsidP="00B676E4">
      <w:pPr>
        <w:spacing w:after="0" w:line="240" w:lineRule="auto"/>
      </w:pPr>
      <w:r>
        <w:separator/>
      </w:r>
    </w:p>
  </w:endnote>
  <w:endnote w:type="continuationSeparator" w:id="0">
    <w:p w14:paraId="1CAA13EB" w14:textId="77777777" w:rsidR="00C4558D" w:rsidRDefault="00C4558D" w:rsidP="00B67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4286" w14:textId="77777777" w:rsidR="00B676E4" w:rsidRDefault="00B676E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7819518"/>
      <w:docPartObj>
        <w:docPartGallery w:val="Page Numbers (Bottom of Page)"/>
        <w:docPartUnique/>
      </w:docPartObj>
    </w:sdtPr>
    <w:sdtContent>
      <w:p w14:paraId="2504AAA6" w14:textId="77777777" w:rsidR="00B676E4" w:rsidRDefault="00ED775D">
        <w:pPr>
          <w:pStyle w:val="ll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F1373C1" w14:textId="77777777" w:rsidR="00B676E4" w:rsidRDefault="00B676E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5294" w14:textId="77777777" w:rsidR="00B676E4" w:rsidRDefault="00B676E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BE9E" w14:textId="77777777" w:rsidR="00C4558D" w:rsidRDefault="00C4558D" w:rsidP="00B676E4">
      <w:pPr>
        <w:spacing w:after="0" w:line="240" w:lineRule="auto"/>
      </w:pPr>
      <w:r>
        <w:separator/>
      </w:r>
    </w:p>
  </w:footnote>
  <w:footnote w:type="continuationSeparator" w:id="0">
    <w:p w14:paraId="49CF6E0E" w14:textId="77777777" w:rsidR="00C4558D" w:rsidRDefault="00C4558D" w:rsidP="00B67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64BA" w14:textId="77777777" w:rsidR="00B676E4" w:rsidRDefault="00B676E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67245" w14:textId="0BF05572" w:rsidR="00B676E4" w:rsidRDefault="008A4574">
    <w:pPr>
      <w:pStyle w:val="lfej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0AB189" wp14:editId="30A6F0A6">
          <wp:simplePos x="0" y="0"/>
          <wp:positionH relativeFrom="column">
            <wp:posOffset>5383680</wp:posOffset>
          </wp:positionH>
          <wp:positionV relativeFrom="paragraph">
            <wp:posOffset>-150495</wp:posOffset>
          </wp:positionV>
          <wp:extent cx="993140" cy="934720"/>
          <wp:effectExtent l="0" t="0" r="0" b="0"/>
          <wp:wrapNone/>
          <wp:docPr id="2006415703" name="Kép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415703" name="Kép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/>
                  <a:srcRect l="30695" t="19822" r="31086" b="26215"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934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5032B" w14:textId="77777777" w:rsidR="00B676E4" w:rsidRDefault="00B676E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5562793">
    <w:abstractNumId w:val="8"/>
  </w:num>
  <w:num w:numId="2" w16cid:durableId="420419293">
    <w:abstractNumId w:val="6"/>
  </w:num>
  <w:num w:numId="3" w16cid:durableId="1921595202">
    <w:abstractNumId w:val="5"/>
  </w:num>
  <w:num w:numId="4" w16cid:durableId="512644615">
    <w:abstractNumId w:val="4"/>
  </w:num>
  <w:num w:numId="5" w16cid:durableId="105731470">
    <w:abstractNumId w:val="7"/>
  </w:num>
  <w:num w:numId="6" w16cid:durableId="1434933236">
    <w:abstractNumId w:val="3"/>
  </w:num>
  <w:num w:numId="7" w16cid:durableId="582950772">
    <w:abstractNumId w:val="2"/>
  </w:num>
  <w:num w:numId="8" w16cid:durableId="1945921434">
    <w:abstractNumId w:val="1"/>
  </w:num>
  <w:num w:numId="9" w16cid:durableId="452670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E221C"/>
    <w:rsid w:val="0015074B"/>
    <w:rsid w:val="002261E5"/>
    <w:rsid w:val="00294719"/>
    <w:rsid w:val="0029639D"/>
    <w:rsid w:val="00326F90"/>
    <w:rsid w:val="00394864"/>
    <w:rsid w:val="0058639B"/>
    <w:rsid w:val="00597289"/>
    <w:rsid w:val="00651041"/>
    <w:rsid w:val="008A4574"/>
    <w:rsid w:val="00922DED"/>
    <w:rsid w:val="009A07FE"/>
    <w:rsid w:val="00AA1D8D"/>
    <w:rsid w:val="00AF6610"/>
    <w:rsid w:val="00B47730"/>
    <w:rsid w:val="00B676E4"/>
    <w:rsid w:val="00C4558D"/>
    <w:rsid w:val="00CB0664"/>
    <w:rsid w:val="00ED775D"/>
    <w:rsid w:val="00EE67D7"/>
    <w:rsid w:val="00F469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438657"/>
  <w15:docId w15:val="{CE73D48F-B359-4945-9896-3D78AEC3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uborkszveg">
    <w:name w:val="Balloon Text"/>
    <w:basedOn w:val="Norml"/>
    <w:link w:val="BuborkszvegChar"/>
    <w:uiPriority w:val="99"/>
    <w:semiHidden/>
    <w:unhideWhenUsed/>
    <w:rsid w:val="009A0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0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E05BE1-34FB-492D-AA8C-44B36E408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181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Tolnay Zoltán</cp:lastModifiedBy>
  <cp:revision>6</cp:revision>
  <dcterms:created xsi:type="dcterms:W3CDTF">2013-12-23T23:15:00Z</dcterms:created>
  <dcterms:modified xsi:type="dcterms:W3CDTF">2026-02-05T13:52:00Z</dcterms:modified>
  <cp:category/>
</cp:coreProperties>
</file>